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CONTRATTO DI PRESTAZIONE ARTISTICA OCCASIONALE</w:t>
      </w:r>
    </w:p>
    <w:p/>
    <w:p>
      <w:r>
        <w:rPr>
          <w:b/>
          <w:sz w:val="20"/>
        </w:rPr>
        <w:t>Tra le sottoscritte parti:</w:t>
      </w:r>
    </w:p>
    <w:p>
      <w:r>
        <w:rPr>
          <w:b/>
          <w:sz w:val="20"/>
        </w:rPr>
        <w:t>Committente:</w:t>
      </w:r>
    </w:p>
    <w:p>
      <w:r>
        <w:rPr>
          <w:b w:val="0"/>
          <w:sz w:val="20"/>
        </w:rPr>
        <w:t>Ragione Sociale / Nome e Cognome : ________________________________________________</w:t>
      </w:r>
    </w:p>
    <w:p>
      <w:r>
        <w:rPr>
          <w:b w:val="0"/>
          <w:sz w:val="20"/>
        </w:rPr>
        <w:t>Codice Fiscale / Partita IVA : _________________________________________________</w:t>
      </w:r>
    </w:p>
    <w:p>
      <w:r>
        <w:rPr>
          <w:b w:val="0"/>
          <w:sz w:val="20"/>
        </w:rPr>
        <w:t>Sede Legale / Residenza : _______________________________________________________</w:t>
      </w:r>
    </w:p>
    <w:p/>
    <w:p>
      <w:r>
        <w:rPr>
          <w:b/>
          <w:sz w:val="20"/>
        </w:rPr>
        <w:t>Interprete / Artista:</w:t>
      </w:r>
    </w:p>
    <w:p>
      <w:r>
        <w:rPr>
          <w:b w:val="0"/>
          <w:sz w:val="20"/>
        </w:rPr>
        <w:t>Nome e Cognome : _______________________________________________________________</w:t>
      </w:r>
    </w:p>
    <w:p>
      <w:r>
        <w:rPr>
          <w:b w:val="0"/>
          <w:sz w:val="20"/>
        </w:rPr>
        <w:t>Codice Fiscale : ________________________________________________________________</w:t>
      </w:r>
    </w:p>
    <w:p>
      <w:r>
        <w:rPr>
          <w:b w:val="0"/>
          <w:sz w:val="20"/>
        </w:rPr>
        <w:t>Residenza : ___________________________________________________________________</w:t>
      </w:r>
    </w:p>
    <w:p/>
    <w:p/>
    <w:p>
      <w:r>
        <w:rPr>
          <w:b/>
          <w:sz w:val="20"/>
        </w:rPr>
        <w:t>PREMESSE</w:t>
      </w:r>
    </w:p>
    <w:p>
      <w:r>
        <w:rPr>
          <w:b w:val="0"/>
          <w:sz w:val="20"/>
        </w:rPr>
        <w:t>Il Committente intende avvalersi della prestazione artistica dell'Artista per lo svolgimento di attività di natura occasionale e senza vincolo di subordinazione, ai sensi dell'art. 2222 e seguenti del Codice Civile, nonché del D.Lgs. 81/2015 e successive modifiche.</w:t>
      </w:r>
    </w:p>
    <w:p/>
    <w:p/>
    <w:p>
      <w:r>
        <w:rPr>
          <w:b/>
          <w:sz w:val="20"/>
        </w:rPr>
        <w:t>ARTICOLO 1 – OGGETTO DEL CONTRATTO</w:t>
      </w:r>
    </w:p>
    <w:p>
      <w:r>
        <w:rPr>
          <w:b w:val="0"/>
          <w:sz w:val="20"/>
        </w:rPr>
        <w:t>L'Artista si impegna a svolgere, in via del tutto occasionale e senza vincolo di subordinazione, la prestazione artistica consistente in: _______________________________________________________________.</w:t>
      </w:r>
    </w:p>
    <w:p/>
    <w:p>
      <w:r>
        <w:rPr>
          <w:b/>
          <w:sz w:val="20"/>
        </w:rPr>
        <w:t>ARTICOLO 2 – DURATA E LUOGO DELLA PRESTAZIONE</w:t>
      </w:r>
    </w:p>
    <w:p>
      <w:r>
        <w:rPr>
          <w:b w:val="0"/>
          <w:sz w:val="20"/>
        </w:rPr>
        <w:t>La prestazione si svolgerà presso: _______________________________________________________________.</w:t>
      </w:r>
    </w:p>
    <w:p>
      <w:r>
        <w:rPr>
          <w:b w:val="0"/>
          <w:sz w:val="20"/>
        </w:rPr>
        <w:t>Il periodo di svolgimento della prestazione è fissato in: _______________________________________________.</w:t>
      </w:r>
    </w:p>
    <w:p/>
    <w:p>
      <w:r>
        <w:rPr>
          <w:b/>
          <w:sz w:val="20"/>
        </w:rPr>
        <w:t>ARTICOLO 3 – COMPENSO</w:t>
      </w:r>
    </w:p>
    <w:p>
      <w:r>
        <w:rPr>
          <w:b w:val="0"/>
          <w:sz w:val="20"/>
        </w:rPr>
        <w:t>Il Committente si impegna a corrispondere all'Artista un compenso lordo complessivo di € ___________ (euro _______________________________________________________), al netto degli oneri fiscali e contributivi previsti dalla normativa vigente.</w:t>
      </w:r>
    </w:p>
    <w:p>
      <w:r>
        <w:rPr>
          <w:b w:val="0"/>
          <w:sz w:val="20"/>
        </w:rPr>
        <w:t>Il pagamento avverrà tramite: _______________________________________________________________ entro e non oltre _____ giorni dalla data di completamento della prestazione.</w:t>
      </w:r>
    </w:p>
    <w:p/>
    <w:p>
      <w:r>
        <w:rPr>
          <w:b/>
          <w:sz w:val="20"/>
        </w:rPr>
        <w:t>ARTICOLO 4 – REGIME FISCALE E CONTRIBUTIVO</w:t>
      </w:r>
    </w:p>
    <w:p>
      <w:r>
        <w:rPr>
          <w:b w:val="0"/>
          <w:sz w:val="20"/>
        </w:rPr>
        <w:t>La presente prestazione è regolata dall’art. 2222 e seguenti del Codice Civile. L'Artista dichiara di essere in possesso della posizione fiscale e contributiva adeguata alla normativa vigente e di assumersi ogni responsabilità in merito.</w:t>
      </w:r>
    </w:p>
    <w:p>
      <w:r>
        <w:rPr>
          <w:b w:val="0"/>
          <w:sz w:val="20"/>
        </w:rPr>
        <w:t>Il Committente tratterrà e verserà le ritenute fiscali e contributive obbligatorie secondo le disposizioni di legge.</w:t>
      </w:r>
    </w:p>
    <w:p/>
    <w:p>
      <w:r>
        <w:rPr>
          <w:b/>
          <w:sz w:val="20"/>
        </w:rPr>
        <w:t>ARTICOLO 5 – ASSICURAZIONE E SICUREZZA SUL LAVORO</w:t>
      </w:r>
    </w:p>
    <w:p>
      <w:r>
        <w:rPr>
          <w:b w:val="0"/>
          <w:sz w:val="20"/>
        </w:rPr>
        <w:t>Il Committente garantisce il rispetto delle norme in materia di salute e sicurezza sui luoghi di lavoro ai sensi del D.Lgs. 81/2008 e successive modifiche.</w:t>
      </w:r>
    </w:p>
    <w:p>
      <w:r>
        <w:rPr>
          <w:b w:val="0"/>
          <w:sz w:val="20"/>
        </w:rPr>
        <w:t>L'Artista dichiara di essere a conoscenza delle condizioni di sicurezza del luogo di svolgimento della prestazione.</w:t>
      </w:r>
    </w:p>
    <w:p/>
    <w:p>
      <w:r>
        <w:rPr>
          <w:b/>
          <w:sz w:val="20"/>
        </w:rPr>
        <w:t>ARTICOLO 6 – RISOLUZIONE</w:t>
      </w:r>
    </w:p>
    <w:p>
      <w:r>
        <w:rPr>
          <w:b w:val="0"/>
          <w:sz w:val="20"/>
        </w:rPr>
        <w:t>Il presente contratto può essere risolto da entrambe le parti mediante comunicazione scritta, senza obbligo di preavviso, in caso di inadempimento grave degli obblighi contrattuali.</w:t>
      </w:r>
    </w:p>
    <w:p/>
    <w:p>
      <w:r>
        <w:rPr>
          <w:b/>
          <w:sz w:val="20"/>
        </w:rPr>
        <w:t>ARTICOLO 7 – FORO COMPETENTE</w:t>
      </w:r>
    </w:p>
    <w:p>
      <w:r>
        <w:rPr>
          <w:b w:val="0"/>
          <w:sz w:val="20"/>
        </w:rPr>
        <w:t>Per qualsiasi controversia relativa alla validità, interpretazione ed esecuzione del presente contratto è competente in via esclusiva il Foro di _______________.</w:t>
      </w:r>
    </w:p>
    <w:p/>
    <w:p/>
    <w:p>
      <w:r>
        <w:rPr>
          <w:b w:val="0"/>
          <w:sz w:val="20"/>
        </w:rPr>
        <w:t>Luogo, Data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COMMITTENTE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ARTISTA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https://documenti-esperti.com/prestazione-artistica-occasionale-modello/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https://documenti-esperti.com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documenti-esperti.com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i-esperti.com/prestazione-artistica-occasionale-modello/" TargetMode="External"/><Relationship Id="rId10" Type="http://schemas.openxmlformats.org/officeDocument/2006/relationships/hyperlink" Target="https://documenti-espert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