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CONTRATTO DI PRESTAZIONE OCCASIONALE PSICOLOGO</w:t>
      </w:r>
    </w:p>
    <w:p/>
    <w:p/>
    <w:p>
      <w:r>
        <w:rPr>
          <w:b/>
          <w:sz w:val="20"/>
        </w:rPr>
        <w:t>Committente :</w:t>
      </w:r>
    </w:p>
    <w:p>
      <w:r>
        <w:rPr>
          <w:b w:val="0"/>
          <w:sz w:val="20"/>
        </w:rPr>
        <w:t>Nome e Cognome : ________________________________________________</w:t>
      </w:r>
    </w:p>
    <w:p>
      <w:r>
        <w:rPr>
          <w:b w:val="0"/>
          <w:sz w:val="20"/>
        </w:rPr>
        <w:t>Codice Fiscale : _________________________________________________</w:t>
      </w:r>
    </w:p>
    <w:p>
      <w:r>
        <w:rPr>
          <w:b w:val="0"/>
          <w:sz w:val="20"/>
        </w:rPr>
        <w:t>Indirizzo : ______________________________________________________</w:t>
      </w:r>
    </w:p>
    <w:p/>
    <w:p>
      <w:r>
        <w:rPr>
          <w:b/>
          <w:sz w:val="20"/>
        </w:rPr>
        <w:t>Psicologo :</w:t>
      </w:r>
    </w:p>
    <w:p>
      <w:r>
        <w:rPr>
          <w:b w:val="0"/>
          <w:sz w:val="20"/>
        </w:rPr>
        <w:t>Nome e Cognome : ________________________________________________</w:t>
      </w:r>
    </w:p>
    <w:p>
      <w:r>
        <w:rPr>
          <w:b w:val="0"/>
          <w:sz w:val="20"/>
        </w:rPr>
        <w:t>Codice Fiscale : _________________________________________________</w:t>
      </w:r>
    </w:p>
    <w:p>
      <w:r>
        <w:rPr>
          <w:b w:val="0"/>
          <w:sz w:val="20"/>
        </w:rPr>
        <w:t>Iscritto all’Ordine degli Psicologi della Regione ____________________</w:t>
      </w:r>
    </w:p>
    <w:p>
      <w:r>
        <w:rPr>
          <w:b w:val="0"/>
          <w:sz w:val="20"/>
        </w:rPr>
        <w:t>Numero di iscrizione : ___________________________________________</w:t>
      </w:r>
    </w:p>
    <w:p/>
    <w:p>
      <w:r>
        <w:rPr>
          <w:b/>
          <w:sz w:val="20"/>
        </w:rPr>
        <w:t>Oggetto del Contratto :</w:t>
      </w:r>
    </w:p>
    <w:p>
      <w:r>
        <w:rPr>
          <w:b w:val="0"/>
          <w:sz w:val="20"/>
        </w:rPr>
        <w:t>Il Committente incarica il Psicologo di svolgere prestazioni di consulenza e supporto psicologico in via occasionale e non continuativa, ai sensi dell’art. 2222 e seguenti del Codice Civile, senza vincolo di subordinazione e senza assunzione di obblighi di carattere previdenziale o assicurativo.</w:t>
      </w:r>
    </w:p>
    <w:p/>
    <w:p>
      <w:r>
        <w:rPr>
          <w:b/>
          <w:sz w:val="20"/>
        </w:rPr>
        <w:t>Durata e Modalità di Esecuzione :</w:t>
      </w:r>
    </w:p>
    <w:p>
      <w:r>
        <w:rPr>
          <w:b w:val="0"/>
          <w:sz w:val="20"/>
        </w:rPr>
        <w:t>Il presente contratto ha durata limitata alla singola prestazione o a un ciclo di prestazioni specificate di volta in volta tra le parti. Le prestazioni saranno erogate dal Psicologo in modo autonomo e indipendente, secondo le modalità concordate con il Committente.</w:t>
      </w:r>
    </w:p>
    <w:p/>
    <w:p>
      <w:r>
        <w:rPr>
          <w:b/>
          <w:sz w:val="20"/>
        </w:rPr>
        <w:t>Corrispettivo e Modalità di Pagamento :</w:t>
      </w:r>
    </w:p>
    <w:p>
      <w:r>
        <w:rPr>
          <w:b w:val="0"/>
          <w:sz w:val="20"/>
        </w:rPr>
        <w:t>Il Committente corrisponderà al Psicologo un compenso lordo complessivo pari a € ____________ per ogni prestazione effettuata. Il pagamento avverrà entro 30 giorni dal ricevimento della fattura, che il Psicologo emetterà in conformità alla normativa vigente.</w:t>
      </w:r>
    </w:p>
    <w:p/>
    <w:p>
      <w:r>
        <w:rPr>
          <w:b/>
          <w:sz w:val="20"/>
        </w:rPr>
        <w:t>Obblighi del Psicologo :</w:t>
      </w:r>
    </w:p>
    <w:p>
      <w:r>
        <w:rPr>
          <w:b w:val="0"/>
          <w:sz w:val="20"/>
        </w:rPr>
        <w:t>Il Psicologo si impegna a svolgere le prestazioni con la massima diligenza, nel rispetto del Codice Deontologico della professione e della normativa vigente in materia. Il Psicologo è tenuto al segreto professionale e al rispetto della privacy del Committente e dei soggetti coinvolti.</w:t>
      </w:r>
    </w:p>
    <w:p/>
    <w:p>
      <w:r>
        <w:rPr>
          <w:b/>
          <w:sz w:val="20"/>
        </w:rPr>
        <w:t>Obblighi del Committente :</w:t>
      </w:r>
    </w:p>
    <w:p>
      <w:r>
        <w:rPr>
          <w:b w:val="0"/>
          <w:sz w:val="20"/>
        </w:rPr>
        <w:t>Il Committente si impegna a fornire tutte le informazioni necessarie per il corretto svolgimento delle prestazioni e a corrispondere il compenso pattuito nei termini stabiliti.</w:t>
      </w:r>
    </w:p>
    <w:p/>
    <w:p>
      <w:r>
        <w:rPr>
          <w:b/>
          <w:sz w:val="20"/>
        </w:rPr>
        <w:t>Incompatibilità e Assicurazione :</w:t>
      </w:r>
    </w:p>
    <w:p>
      <w:r>
        <w:rPr>
          <w:b w:val="0"/>
          <w:sz w:val="20"/>
        </w:rPr>
        <w:t>Il Psicologo dichiara di non essere soggetto a cause di incompatibilità con l’incarico assunto e di essere in regola con l'assicurazione professionale obbligatoria prevista per l’esercizio della professione.</w:t>
      </w:r>
    </w:p>
    <w:p/>
    <w:p>
      <w:r>
        <w:rPr>
          <w:b/>
          <w:sz w:val="20"/>
        </w:rPr>
        <w:t>Responsabilità :</w:t>
      </w:r>
    </w:p>
    <w:p>
      <w:r>
        <w:rPr>
          <w:b w:val="0"/>
          <w:sz w:val="20"/>
        </w:rPr>
        <w:t>Il Psicologo risponde esclusivamente della corretta esecuzione delle prestazioni professionali e non è responsabile per eventuali danni derivanti da informazioni errate o incomplete fornite dal Committente.</w:t>
      </w:r>
    </w:p>
    <w:p/>
    <w:p>
      <w:r>
        <w:rPr>
          <w:b/>
          <w:sz w:val="20"/>
        </w:rPr>
        <w:t>Risoluzione del Contratto :</w:t>
      </w:r>
    </w:p>
    <w:p>
      <w:r>
        <w:rPr>
          <w:b w:val="0"/>
          <w:sz w:val="20"/>
        </w:rPr>
        <w:t>Il presente contratto può essere risolto da entrambe le parti in qualsiasi momento mediante comunicazione scritta, senza necessità di preavviso, fatti salvi gli obblighi di pagamento per le prestazioni già eseguite.</w:t>
      </w:r>
    </w:p>
    <w:p/>
    <w:p>
      <w:r>
        <w:rPr>
          <w:b/>
          <w:sz w:val="20"/>
        </w:rPr>
        <w:t>Trattamento dei Dati Personali :</w:t>
      </w:r>
    </w:p>
    <w:p>
      <w:r>
        <w:rPr>
          <w:b w:val="0"/>
          <w:sz w:val="20"/>
        </w:rPr>
        <w:t>Le parti si impegnano a rispettare la normativa vigente in materia di protezione dei dati personali (Regolamento UE 2016/679). I dati raccolti saranno utilizzati esclusivamente per le finalità connesse all’esecuzione del presente contratto.</w:t>
      </w:r>
    </w:p>
    <w:p/>
    <w:p>
      <w:r>
        <w:rPr>
          <w:b/>
          <w:sz w:val="20"/>
        </w:rPr>
        <w:t>Foro Competente :</w:t>
      </w:r>
    </w:p>
    <w:p>
      <w:r>
        <w:rPr>
          <w:b w:val="0"/>
          <w:sz w:val="20"/>
        </w:rPr>
        <w:t>Per ogni controversia relativa all’interpretazione, esecuzione e risoluzione del presente contratto sarà competente in via esclusiva il Foro di ______________.</w:t>
      </w:r>
    </w:p>
    <w:p/>
    <w:p/>
    <w:p>
      <w:r>
        <w:rPr>
          <w:b w:val="0"/>
          <w:sz w:val="20"/>
        </w:rPr>
        <w:t>Luogo,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COMMITTENTE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PSICOLOGO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https://documenti-esperti.com/prestazione-occasionale-psicologo-fac-simile/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prestazione-occasionale-psicologo-fac-simile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