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RECESSO DAL CONTRATTO DI LOCAZIONE PER GRAVI MOTIVI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 : _________________________________________</w:t>
      </w:r>
    </w:p>
    <w:p>
      <w:r>
        <w:rPr>
          <w:b w:val="0"/>
          <w:sz w:val="20"/>
        </w:rPr>
        <w:t>Indirizzo : ________________________________________________________________</w:t>
      </w:r>
    </w:p>
    <w:p>
      <w:r>
        <w:rPr>
          <w:b w:val="0"/>
          <w:sz w:val="20"/>
        </w:rPr>
        <w:t>CAP - Città : _______________________________________________________________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 : _________________________________________</w:t>
      </w:r>
    </w:p>
    <w:p>
      <w:r>
        <w:rPr>
          <w:b w:val="0"/>
          <w:sz w:val="20"/>
        </w:rPr>
        <w:t>Indirizzo : ________________________________________________________________</w:t>
      </w:r>
    </w:p>
    <w:p>
      <w:r>
        <w:rPr>
          <w:b w:val="0"/>
          <w:sz w:val="20"/>
        </w:rPr>
        <w:t>CAP - Città : _______________________________________________________________</w:t>
      </w:r>
    </w:p>
    <w:p/>
    <w:p/>
    <w:p>
      <w:r>
        <w:rPr>
          <w:b/>
          <w:sz w:val="20"/>
        </w:rPr>
        <w:t>Oggetto: Recesso dal contratto di locazione per gravi motivi</w:t>
      </w:r>
    </w:p>
    <w:p/>
    <w:p/>
    <w:p>
      <w:r>
        <w:rPr>
          <w:b w:val="0"/>
          <w:sz w:val="20"/>
        </w:rPr>
        <w:t>Spett.le _________________________________,</w:t>
      </w:r>
    </w:p>
    <w:p/>
    <w:p>
      <w:r>
        <w:rPr>
          <w:b w:val="0"/>
          <w:sz w:val="20"/>
        </w:rPr>
        <w:t>Con la presente, sottoscritto/a _________________________________, in qualità di conduttore/conduttrice del contratto di locazione dell'immobile sito in ____________________________________, comunico il mio recesso anticipato dal suddetto contratto, ai sensi dell'articolo 27 della legge n. 392/1978 e successive modificazioni, per gravi motivi che mi impediscono di proseguire la locazione.</w:t>
      </w:r>
    </w:p>
    <w:p/>
    <w:p>
      <w:r>
        <w:rPr>
          <w:b w:val="0"/>
          <w:sz w:val="20"/>
        </w:rPr>
        <w:t>A tal fine, dichiaro che il recesso avviene con il preavviso previsto dal contratto, ossia con un minimo di ______ giorni prima della data di rilascio, che avverrà entro e non oltre il __________________.</w:t>
      </w:r>
    </w:p>
    <w:p/>
    <w:p>
      <w:r>
        <w:rPr>
          <w:b w:val="0"/>
          <w:sz w:val="20"/>
        </w:rPr>
        <w:t>I gravi motivi che giustificano il presente recesso sono i seguenti: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Resto a disposizione per concordare le modalità di riconsegna dell'immobile e per effettuare il relativo sopralluogo di verifica.</w:t>
      </w:r>
    </w:p>
    <w:p/>
    <w:p>
      <w:r>
        <w:rPr>
          <w:b w:val="0"/>
          <w:sz w:val="20"/>
        </w:rPr>
        <w:t>Ringrazio per la collaborazione e porgo distinti saluti.</w:t>
      </w:r>
    </w:p>
    <w:p/>
    <w:p/>
    <w:p>
      <w:r>
        <w:rPr>
          <w:b w:val="0"/>
          <w:sz w:val="20"/>
        </w:rPr>
        <w:t>Luogo : _________________________________________________________</w:t>
      </w:r>
    </w:p>
    <w:p>
      <w:r>
        <w:rPr>
          <w:b w:val="0"/>
          <w:sz w:val="20"/>
        </w:rPr>
        <w:t>Data : __________________________________________________________</w:t>
      </w:r>
    </w:p>
    <w:p/>
    <w:p/>
    <w:p>
      <w:r>
        <w:rPr>
          <w:b/>
          <w:sz w:val="20"/>
        </w:rPr>
        <w:t>Firma del Conduttore :</w:t>
      </w:r>
    </w:p>
    <w:p>
      <w:r>
        <w:rPr>
          <w:b w:val="0"/>
          <w:sz w:val="20"/>
        </w:rPr>
        <w:t>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Conduttore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Locatore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https://documenti-esperti.com/recesso-locazione-gravi-motivi-fac-simile/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recesso-locazione-gravi-motivi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