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RELAZIONE DEL TUTOR AZIENDALE SUL TIROCINIO FORMATIVO</w:t>
      </w:r>
    </w:p>
    <w:p/>
    <w:p/>
    <w:p>
      <w:r>
        <w:rPr>
          <w:b/>
          <w:sz w:val="22"/>
        </w:rPr>
        <w:t>Dati del Tirocinante:</w:t>
      </w:r>
    </w:p>
    <w:p>
      <w:r>
        <w:rPr>
          <w:b w:val="0"/>
          <w:sz w:val="20"/>
        </w:rPr>
        <w:t>Nome e Cognome : ___________________________________________________</w:t>
      </w:r>
    </w:p>
    <w:p>
      <w:r>
        <w:rPr>
          <w:b w:val="0"/>
          <w:sz w:val="20"/>
        </w:rPr>
        <w:t>Matricola / Codice Studente : _______________________________________</w:t>
      </w:r>
    </w:p>
    <w:p>
      <w:r>
        <w:rPr>
          <w:b w:val="0"/>
          <w:sz w:val="20"/>
        </w:rPr>
        <w:t>Corso di Studio : ____________________________________________________</w:t>
      </w:r>
    </w:p>
    <w:p>
      <w:r>
        <w:rPr>
          <w:b w:val="0"/>
          <w:sz w:val="20"/>
        </w:rPr>
        <w:t>Anno Accademico : _________________________________________________</w:t>
      </w:r>
    </w:p>
    <w:p/>
    <w:p>
      <w:r>
        <w:rPr>
          <w:b/>
          <w:sz w:val="22"/>
        </w:rPr>
        <w:t>Dati dell'Azienda/Ospedale/Ente:</w:t>
      </w:r>
    </w:p>
    <w:p>
      <w:r>
        <w:rPr>
          <w:b w:val="0"/>
          <w:sz w:val="20"/>
        </w:rPr>
        <w:t>Denominazione : ____________________________________________________</w:t>
      </w:r>
    </w:p>
    <w:p>
      <w:r>
        <w:rPr>
          <w:b w:val="0"/>
          <w:sz w:val="20"/>
        </w:rPr>
        <w:t>Sede Legale : ______________________________________________________</w:t>
      </w:r>
    </w:p>
    <w:p>
      <w:r>
        <w:rPr>
          <w:b w:val="0"/>
          <w:sz w:val="20"/>
        </w:rPr>
        <w:t>Settore Operativo : ________________________________________________</w:t>
      </w:r>
    </w:p>
    <w:p>
      <w:r>
        <w:rPr>
          <w:b w:val="0"/>
          <w:sz w:val="20"/>
        </w:rPr>
        <w:t>Referente Aziendale : _______________________________________________</w:t>
      </w:r>
    </w:p>
    <w:p/>
    <w:p>
      <w:r>
        <w:rPr>
          <w:b/>
          <w:sz w:val="22"/>
        </w:rPr>
        <w:t>Periodo e Durata del Tirocinio:</w:t>
      </w:r>
    </w:p>
    <w:p>
      <w:r>
        <w:rPr>
          <w:b w:val="0"/>
          <w:sz w:val="20"/>
        </w:rPr>
        <w:t>Periodo di svolgimento : ____________________________________________</w:t>
      </w:r>
    </w:p>
    <w:p>
      <w:r>
        <w:rPr>
          <w:b w:val="0"/>
          <w:sz w:val="20"/>
        </w:rPr>
        <w:t>Numero totale ore svolte : __________________________________________</w:t>
      </w:r>
    </w:p>
    <w:p/>
    <w:p>
      <w:r>
        <w:rPr>
          <w:b/>
          <w:sz w:val="22"/>
        </w:rPr>
        <w:t>Obiettivi Formativi Raggiunti:</w:t>
      </w:r>
    </w:p>
    <w:p>
      <w:r>
        <w:rPr>
          <w:b w:val="0"/>
          <w:sz w:val="20"/>
        </w:rPr>
        <w:t>Il tirocinante ha svolto attività coerenti con il progetto formativo, acquisendo competenze tecniche e relazionali quali:</w:t>
      </w:r>
    </w:p>
    <w:p>
      <w:r>
        <w:rPr>
          <w:b w:val="0"/>
          <w:sz w:val="20"/>
        </w:rPr>
        <w:t>- Conoscenza delle procedure operative aziendali;</w:t>
      </w:r>
    </w:p>
    <w:p>
      <w:r>
        <w:rPr>
          <w:b w:val="0"/>
          <w:sz w:val="20"/>
        </w:rPr>
        <w:t>- Capacità di interazione con il team di lavoro;</w:t>
      </w:r>
    </w:p>
    <w:p>
      <w:r>
        <w:rPr>
          <w:b w:val="0"/>
          <w:sz w:val="20"/>
        </w:rPr>
        <w:t>- Applicazione pratica delle conoscenze teoriche acquisite;</w:t>
      </w:r>
    </w:p>
    <w:p>
      <w:r>
        <w:rPr>
          <w:b w:val="0"/>
          <w:sz w:val="20"/>
        </w:rPr>
        <w:t>- Sviluppo di autonomia e responsabilità nello svolgimento dei compiti.</w:t>
      </w:r>
    </w:p>
    <w:p/>
    <w:p>
      <w:r>
        <w:rPr>
          <w:b/>
          <w:sz w:val="22"/>
        </w:rPr>
        <w:t>Attività Svolte dal Tirocinante:</w:t>
      </w:r>
    </w:p>
    <w:p>
      <w:r>
        <w:rPr>
          <w:b w:val="0"/>
          <w:sz w:val="20"/>
        </w:rPr>
        <w:t>Durante il tirocinio, il soggetto ha partecipato attivamente a:</w:t>
      </w:r>
    </w:p>
    <w:p>
      <w:r>
        <w:rPr>
          <w:b w:val="0"/>
          <w:sz w:val="20"/>
        </w:rPr>
        <w:t>- Analisi e raccolta dati;</w:t>
      </w:r>
    </w:p>
    <w:p>
      <w:r>
        <w:rPr>
          <w:b w:val="0"/>
          <w:sz w:val="20"/>
        </w:rPr>
        <w:t>- Supporto nelle attività operative quotidiane;</w:t>
      </w:r>
    </w:p>
    <w:p>
      <w:r>
        <w:rPr>
          <w:b w:val="0"/>
          <w:sz w:val="20"/>
        </w:rPr>
        <w:t>- Partecipazione a riunioni e briefing;</w:t>
      </w:r>
    </w:p>
    <w:p>
      <w:r>
        <w:rPr>
          <w:b w:val="0"/>
          <w:sz w:val="20"/>
        </w:rPr>
        <w:t>- Utilizzo di software specifici;</w:t>
      </w:r>
    </w:p>
    <w:p>
      <w:r>
        <w:rPr>
          <w:b w:val="0"/>
          <w:sz w:val="20"/>
        </w:rPr>
        <w:t>- Redazione di report e documentazione.</w:t>
      </w:r>
    </w:p>
    <w:p/>
    <w:p>
      <w:r>
        <w:rPr>
          <w:b/>
          <w:sz w:val="22"/>
        </w:rPr>
        <w:t>Valutazione del Comportamento e dell'Impegno:</w:t>
      </w:r>
    </w:p>
    <w:p>
      <w:r>
        <w:rPr>
          <w:b w:val="0"/>
          <w:sz w:val="20"/>
        </w:rPr>
        <w:t>Il tirocinante ha dimostrato puntualità, rispetto delle norme aziendali e disponibilità a collaborare con il team. L’impegno profuso è stato costante e motivato, evidenziando una forte volontà di apprendimento.</w:t>
      </w:r>
    </w:p>
    <w:p/>
    <w:p>
      <w:r>
        <w:rPr>
          <w:b/>
          <w:sz w:val="22"/>
        </w:rPr>
        <w:t>Competenze Acquisite:</w:t>
      </w:r>
    </w:p>
    <w:p>
      <w:r>
        <w:rPr>
          <w:b w:val="0"/>
          <w:sz w:val="20"/>
        </w:rPr>
        <w:t>Al termine del tirocinio, il soggetto ha sviluppato competenze specifiche che includono:</w:t>
      </w:r>
    </w:p>
    <w:p>
      <w:r>
        <w:rPr>
          <w:b w:val="0"/>
          <w:sz w:val="20"/>
        </w:rPr>
        <w:t>- Capacità organizzative e di problem solving;</w:t>
      </w:r>
    </w:p>
    <w:p>
      <w:r>
        <w:rPr>
          <w:b w:val="0"/>
          <w:sz w:val="20"/>
        </w:rPr>
        <w:t>- Conoscenze tecniche applicate al settore di riferimento;</w:t>
      </w:r>
    </w:p>
    <w:p>
      <w:r>
        <w:rPr>
          <w:b w:val="0"/>
          <w:sz w:val="20"/>
        </w:rPr>
        <w:t>- Abilità comunicative e relazionali;</w:t>
      </w:r>
    </w:p>
    <w:p>
      <w:r>
        <w:rPr>
          <w:b w:val="0"/>
          <w:sz w:val="20"/>
        </w:rPr>
        <w:t>- Utilizzo di strumenti e tecnologie pertinenti.</w:t>
      </w:r>
    </w:p>
    <w:p/>
    <w:p>
      <w:r>
        <w:rPr>
          <w:b/>
          <w:sz w:val="22"/>
        </w:rPr>
        <w:t>Eventuali Criticità Riscontrate:</w:t>
      </w:r>
    </w:p>
    <w:p>
      <w:r>
        <w:rPr>
          <w:b w:val="0"/>
          <w:sz w:val="20"/>
        </w:rPr>
        <w:t>Durante il percorso formativo sono state rilevate alcune criticità, quali:</w:t>
      </w:r>
    </w:p>
    <w:p>
      <w:r>
        <w:rPr>
          <w:b w:val="0"/>
          <w:sz w:val="20"/>
        </w:rPr>
        <w:t>- Necessità di maggiore supporto iniziale nei compiti complessi;</w:t>
      </w:r>
    </w:p>
    <w:p>
      <w:r>
        <w:rPr>
          <w:b w:val="0"/>
          <w:sz w:val="20"/>
        </w:rPr>
        <w:t>- Limitata autonomia nelle prime fasi del tirocinio;</w:t>
      </w:r>
    </w:p>
    <w:p>
      <w:r>
        <w:rPr>
          <w:b w:val="0"/>
          <w:sz w:val="20"/>
        </w:rPr>
        <w:t>- Necessità di approfondire alcuni aspetti teorici per migliorare la qualità del lavoro.</w:t>
      </w:r>
    </w:p>
    <w:p/>
    <w:p>
      <w:r>
        <w:rPr>
          <w:b/>
          <w:sz w:val="22"/>
        </w:rPr>
        <w:t>Proposte e Suggerimenti per il Miglioramento:</w:t>
      </w:r>
    </w:p>
    <w:p>
      <w:r>
        <w:rPr>
          <w:b w:val="0"/>
          <w:sz w:val="20"/>
        </w:rPr>
        <w:t>Si consiglia di:</w:t>
      </w:r>
    </w:p>
    <w:p>
      <w:r>
        <w:rPr>
          <w:b w:val="0"/>
          <w:sz w:val="20"/>
        </w:rPr>
        <w:t>- Incrementare le attività di affiancamento all’inizio del tirocinio;</w:t>
      </w:r>
    </w:p>
    <w:p>
      <w:r>
        <w:rPr>
          <w:b w:val="0"/>
          <w:sz w:val="20"/>
        </w:rPr>
        <w:t>- Organizzare momenti formativi specifici per colmare gap teorici;</w:t>
      </w:r>
    </w:p>
    <w:p>
      <w:r>
        <w:rPr>
          <w:b w:val="0"/>
          <w:sz w:val="20"/>
        </w:rPr>
        <w:t>- Favorire una maggiore integrazione tra tirocinante e team aziendale.</w:t>
      </w:r>
    </w:p>
    <w:p/>
    <w:p>
      <w:r>
        <w:rPr>
          <w:b/>
          <w:sz w:val="22"/>
        </w:rPr>
        <w:t>Conclusioni:</w:t>
      </w:r>
    </w:p>
    <w:p>
      <w:r>
        <w:rPr>
          <w:b w:val="0"/>
          <w:sz w:val="20"/>
        </w:rPr>
        <w:t>Il tirocinio ha raggiunto gli obiettivi prefissati, permettendo al soggetto di acquisire competenze utili per il suo percorso formativo e professionale. Il tutor aziendale ritiene il tirocinante idoneo e motivato, con buone prospettive di crescita.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TUTOR AZIENDALE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RAPPRESENTANTE AZIENDALE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https://documenti-esperti.com/relazione-tutor-tirocinio-esempio/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relazione-tutor-tirocinio-esempi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