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RESTITUZIONE CAPARRA CONFIRMATORIA PRELIMINARE</w:t>
      </w:r>
    </w:p>
    <w:p/>
    <w:p>
      <w:r>
        <w:rPr>
          <w:b/>
          <w:sz w:val="20"/>
        </w:rPr>
        <w:t>TRA</w:t>
      </w:r>
    </w:p>
    <w:p>
      <w:r>
        <w:rPr>
          <w:b w:val="0"/>
          <w:sz w:val="20"/>
        </w:rPr>
        <w:t>Sig./Sig.ra _________________________________, nato/a a ________________________, residente in ________________________________, codice fiscale ________________________________, di seguito denominato/a "Promissario Venditore".</w:t>
      </w:r>
    </w:p>
    <w:p/>
    <w:p>
      <w:r>
        <w:rPr>
          <w:b/>
          <w:sz w:val="20"/>
        </w:rPr>
        <w:t>E</w:t>
      </w:r>
    </w:p>
    <w:p>
      <w:r>
        <w:rPr>
          <w:b w:val="0"/>
          <w:sz w:val="20"/>
        </w:rPr>
        <w:t>Sig./Sig.ra _________________________________, nato/a a ________________________, residente in ________________________________, codice fiscale ________________________________, di seguito denominato/a "Promissario Acquirente".</w:t>
      </w:r>
    </w:p>
    <w:p/>
    <w:p>
      <w:r>
        <w:rPr>
          <w:b/>
          <w:sz w:val="20"/>
        </w:rPr>
        <w:t>PREMESSO CHE:</w:t>
      </w:r>
    </w:p>
    <w:p>
      <w:r>
        <w:rPr>
          <w:b w:val="0"/>
          <w:sz w:val="20"/>
        </w:rPr>
        <w:t>1) In data ________________ è stato sottoscritto tra le parti un contratto preliminare di compravendita avente ad oggetto l'immobile sito in ________________________________, identificato al Catasto al foglio ______, particella ________;</w:t>
      </w:r>
    </w:p>
    <w:p>
      <w:r>
        <w:rPr>
          <w:b w:val="0"/>
          <w:sz w:val="20"/>
        </w:rPr>
        <w:t>2) A corredo del predetto contratto preliminare, il Promissario Acquirente ha consegnato al Promissario Venditore una caparra confirmatoria di Euro __________________ (€ __________), a titolo di garanzia per l'adempimento degli obblighi contrattuali;</w:t>
      </w:r>
    </w:p>
    <w:p>
      <w:r>
        <w:rPr>
          <w:b w:val="0"/>
          <w:sz w:val="20"/>
        </w:rPr>
        <w:t>3) Le parti intendono ora regolare la restituzione della caparra confirmatoria in conformità a quanto previsto dal contratto preliminare e dalla normativa vigente;</w:t>
      </w:r>
    </w:p>
    <w:p/>
    <w:p>
      <w:r>
        <w:rPr>
          <w:b/>
          <w:sz w:val="20"/>
        </w:rPr>
        <w:t>SI CONVIENE E STIPULA QUANTO SEGUE:</w:t>
      </w:r>
    </w:p>
    <w:p/>
    <w:p>
      <w:r>
        <w:rPr>
          <w:b/>
          <w:sz w:val="20"/>
        </w:rPr>
        <w:t>Articolo 1 – Restituzione della Caparra Confirmatoria</w:t>
      </w:r>
    </w:p>
    <w:p>
      <w:r>
        <w:rPr>
          <w:b w:val="0"/>
          <w:sz w:val="20"/>
        </w:rPr>
        <w:t>Il Promissario Venditore si impegna a restituire al Promissario Acquirente la somma di Euro __________________ (€ __________), corrispondente all'intera caparra confirmatoria versata in data ________________ a titolo di garanzia per il preliminare di compravendita. La restituzione avverrà mediante bonifico bancario sul conto corrente intestato al Promissario Acquirente con IBAN ________________________________, entro e non oltre ____ giorni dalla sottoscrizione del presente accordo.</w:t>
      </w:r>
    </w:p>
    <w:p/>
    <w:p>
      <w:r>
        <w:rPr>
          <w:b/>
          <w:sz w:val="20"/>
        </w:rPr>
        <w:t>Articolo 2 – Cause della Restituzione</w:t>
      </w:r>
    </w:p>
    <w:p>
      <w:r>
        <w:rPr>
          <w:b w:val="0"/>
          <w:sz w:val="20"/>
        </w:rPr>
        <w:t>La restituzione della caparra confirmatoria avviene in conseguenza di: a) recesso del Promissario Venditore dal contratto preliminare; b) mancato perfezionamento del contratto definitivo per cause imputabili al Promissario Venditore; c) qualsiasi altra causa che determini la necessità di restituzione, in conformità con l'art. 1385 del Codice Civile.</w:t>
      </w:r>
    </w:p>
    <w:p/>
    <w:p>
      <w:r>
        <w:rPr>
          <w:b/>
          <w:sz w:val="20"/>
        </w:rPr>
        <w:t>Articolo 3 – Rinuncia a ulteriori pretese</w:t>
      </w:r>
    </w:p>
    <w:p>
      <w:r>
        <w:rPr>
          <w:b w:val="0"/>
          <w:sz w:val="20"/>
        </w:rPr>
        <w:t>Con la restituzione della caparra confirmatoria, le parti dichiarano di aver nulla più a pretendere l'una dall'altra in relazione al contratto preliminare e alla caparra stessa, rinunciando a qualsiasi ulteriore azione o richiesta di natura economica o risarcitoria.</w:t>
      </w:r>
    </w:p>
    <w:p/>
    <w:p>
      <w:r>
        <w:rPr>
          <w:b/>
          <w:sz w:val="20"/>
        </w:rPr>
        <w:t>Articolo 4 – Clausola di integrità</w:t>
      </w:r>
    </w:p>
    <w:p>
      <w:r>
        <w:rPr>
          <w:b w:val="0"/>
          <w:sz w:val="20"/>
        </w:rPr>
        <w:t>Il presente accordo costituisce l'integrale regolamentazione della restituzione della caparra confirmatoria e annulla e sostituisce ogni precedente intesa, verbale o scritta, tra le parti in merito all'oggetto del presente documento.</w:t>
      </w:r>
    </w:p>
    <w:p/>
    <w:p>
      <w:r>
        <w:rPr>
          <w:b/>
          <w:sz w:val="20"/>
        </w:rPr>
        <w:t>Articolo 5 – Foro competente</w:t>
      </w:r>
    </w:p>
    <w:p>
      <w:r>
        <w:rPr>
          <w:b w:val="0"/>
          <w:sz w:val="20"/>
        </w:rPr>
        <w:t>Per qualsiasi controversia relativa all'interpretazione, esecuzione o risoluzione del presente accordo, le parti convengono che sarà competente in via esclusiva il Foro di ______________.</w:t>
      </w:r>
    </w:p>
    <w:p/>
    <w:p/>
    <w:p>
      <w:r>
        <w:rPr>
          <w:b w:val="0"/>
          <w:sz w:val="20"/>
        </w:rPr>
        <w:t>Luogo,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PROMISSARIO VENDITORE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PROMISSARIO ACQUIRENTE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https://documenti-esperti.com/restituzione-caparra-confirmatoria-preliminare-fac-simile/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restituzione-caparra-confirmatoria-preliminare-fac-simil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