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SCARICO DI RESPONSABILITÀ AUTO</w:t>
      </w:r>
    </w:p>
    <w:p/>
    <w:p/>
    <w:p>
      <w:r>
        <w:rPr>
          <w:b/>
          <w:sz w:val="20"/>
        </w:rPr>
        <w:t>Io sottoscritto/a: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Residenza : _____________________________________________________</w:t>
      </w:r>
    </w:p>
    <w:p>
      <w:r>
        <w:rPr>
          <w:b w:val="0"/>
          <w:sz w:val="20"/>
        </w:rPr>
        <w:t>Patente di guida n. : _____________________________________________</w:t>
      </w:r>
    </w:p>
    <w:p/>
    <w:p>
      <w:r>
        <w:rPr>
          <w:b/>
          <w:sz w:val="20"/>
        </w:rPr>
        <w:t>Dichiaro sotto la mia responsabilità quanto segue:</w:t>
      </w:r>
    </w:p>
    <w:p/>
    <w:p>
      <w:r>
        <w:rPr>
          <w:b w:val="0"/>
          <w:sz w:val="20"/>
        </w:rPr>
        <w:t>1. Di aver preso in consegna il veicolo descritto di seguito, di proprietà di:</w:t>
      </w:r>
    </w:p>
    <w:p>
      <w:r>
        <w:rPr>
          <w:b w:val="0"/>
          <w:sz w:val="20"/>
        </w:rPr>
        <w:t xml:space="preserve">   Nome e Cognome / Ragione Sociale : ________________________________</w:t>
      </w:r>
    </w:p>
    <w:p>
      <w:r>
        <w:rPr>
          <w:b w:val="0"/>
          <w:sz w:val="20"/>
        </w:rPr>
        <w:t xml:space="preserve">   Indirizzo/Sede Legale : ___________________________________________</w:t>
      </w:r>
    </w:p>
    <w:p>
      <w:r>
        <w:rPr>
          <w:b w:val="0"/>
          <w:sz w:val="20"/>
        </w:rPr>
        <w:t xml:space="preserve">   Targa del veicolo : ______________________________________________</w:t>
      </w:r>
    </w:p>
    <w:p>
      <w:r>
        <w:rPr>
          <w:b w:val="0"/>
          <w:sz w:val="20"/>
        </w:rPr>
        <w:t xml:space="preserve">   Marca/Modello : _________________________________________________</w:t>
      </w:r>
    </w:p>
    <w:p>
      <w:r>
        <w:rPr>
          <w:b w:val="0"/>
          <w:sz w:val="20"/>
        </w:rPr>
        <w:t xml:space="preserve">   Numero di telaio : _______________________________________________</w:t>
      </w:r>
    </w:p>
    <w:p/>
    <w:p>
      <w:r>
        <w:rPr>
          <w:b w:val="0"/>
          <w:sz w:val="20"/>
        </w:rPr>
        <w:t>2. Di aver visionato il veicolo e di averlo trovato in buono stato di manutenzione e funzionamento, salvo quanto eventualmente riportato nelle osservazioni allegate.</w:t>
      </w:r>
    </w:p>
    <w:p/>
    <w:p>
      <w:r>
        <w:rPr>
          <w:b w:val="0"/>
          <w:sz w:val="20"/>
        </w:rPr>
        <w:t>3. Di essere responsabile per qualsiasi danno, incidente, uso improprio o illecito derivante dall'uso del veicolo durante il periodo di utilizzo.</w:t>
      </w:r>
    </w:p>
    <w:p/>
    <w:p>
      <w:r>
        <w:rPr>
          <w:b w:val="0"/>
          <w:sz w:val="20"/>
        </w:rPr>
        <w:t>4. Di impegnarmi a restituire il veicolo nelle medesime condizioni in cui è stato consegnato, fatta salva la normale usura dovuta all’uso corretto.</w:t>
      </w:r>
    </w:p>
    <w:p/>
    <w:p>
      <w:r>
        <w:rPr>
          <w:b w:val="0"/>
          <w:sz w:val="20"/>
        </w:rPr>
        <w:t>5. Di manlevare e tenere indenne il proprietario del veicolo da ogni responsabilità civile, penale e amministrativa che possa derivare dall’uso del veicolo da parte mia o di terzi autorizzati.</w:t>
      </w:r>
    </w:p>
    <w:p/>
    <w:p>
      <w:r>
        <w:rPr>
          <w:b w:val="0"/>
          <w:sz w:val="20"/>
        </w:rPr>
        <w:t>6. Di essere a conoscenza dell’obbligo di rispettare tutte le norme del Codice della Strada e le disposizioni di legge vigenti, nonché di mantenere in corso le coperture assicurative previste.</w:t>
      </w:r>
    </w:p>
    <w:p/>
    <w:p>
      <w:r>
        <w:rPr>
          <w:b w:val="0"/>
          <w:sz w:val="20"/>
        </w:rPr>
        <w:t>7. Di aver ricevuto tutte le informazioni necessarie riguardo all’uso e alla manutenzione del veicolo, nonché le copie dei documenti necessari per la circolazione.</w:t>
      </w:r>
    </w:p>
    <w:p/>
    <w:p>
      <w:r>
        <w:rPr>
          <w:b w:val="0"/>
          <w:sz w:val="20"/>
        </w:rPr>
        <w:t>8. Che il veicolo non deve essere utilizzato per attività illecite, competizioni sportive o per il trasporto di persone o cose in maniera non conforme alle autorizzazioni e alle caratteristiche del mezzo.</w:t>
      </w:r>
    </w:p>
    <w:p/>
    <w:p>
      <w:r>
        <w:rPr>
          <w:b w:val="0"/>
          <w:sz w:val="20"/>
        </w:rPr>
        <w:t>9. Che, in caso di sinistro o danno, mi impegno a informare tempestivamente il proprietario e a seguire tutte le procedure previste dalle normative vigenti e dalle compagnie assicurative.</w:t>
      </w:r>
    </w:p>
    <w:p/>
    <w:p>
      <w:r>
        <w:rPr>
          <w:b w:val="0"/>
          <w:sz w:val="20"/>
        </w:rPr>
        <w:t>10. Di aver preso visione e accettare integralmente le condizioni sopra riportate.</w:t>
      </w:r>
    </w:p>
    <w:p/>
    <w:p/>
    <w:p>
      <w:r>
        <w:rPr>
          <w:b w:val="0"/>
          <w:sz w:val="20"/>
        </w:rPr>
        <w:t>Luogo,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CONCEDENTE (Proprietario)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CONCESSIONARIO (Utilizzatore)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https://documenti-esperti.com/scarico-di-responsabilita-auto/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scarico-di-responsabilita-aut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