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SOLLECITO DI PAGAMENTO INPS</w:t>
      </w:r>
    </w:p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Ragione Sociale / Nome e Cognome : ____________________________________________</w:t>
      </w:r>
    </w:p>
    <w:p>
      <w:r>
        <w:rPr>
          <w:b w:val="0"/>
          <w:sz w:val="20"/>
        </w:rPr>
        <w:t>Codice Fiscale / Partita IVA : 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_______________________________________________________</w:t>
      </w:r>
    </w:p>
    <w:p>
      <w:r>
        <w:rPr>
          <w:b w:val="0"/>
          <w:sz w:val="20"/>
        </w:rPr>
        <w:t>Telefono / Email : ____________________________________________________________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Istituto Nazionale della Previdenza Sociale (INPS)</w:t>
      </w:r>
    </w:p>
    <w:p>
      <w:r>
        <w:rPr>
          <w:b w:val="0"/>
          <w:sz w:val="20"/>
        </w:rPr>
        <w:t>Sede competente : ____________________________________________________________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/>
    <w:p>
      <w:r>
        <w:rPr>
          <w:b/>
          <w:sz w:val="20"/>
        </w:rPr>
        <w:t>Oggetto: Sollecito di pagamento contributi previdenziali</w:t>
      </w:r>
    </w:p>
    <w:p/>
    <w:p/>
    <w:p>
      <w:r>
        <w:rPr>
          <w:b w:val="0"/>
          <w:sz w:val="20"/>
        </w:rPr>
        <w:t>Spett.le INPS,</w:t>
      </w:r>
    </w:p>
    <w:p/>
    <w:p>
      <w:r>
        <w:rPr>
          <w:b w:val="0"/>
          <w:sz w:val="20"/>
        </w:rPr>
        <w:t>Il sottoscritto/a __________________________________________, in qualità di __________________________________________, con riferimento alla posizione contributiva numero __________________________, desidera richiamare l'attenzione sull'importo dovuto per i contributi previdenziali relativi al periodo __________________________.</w:t>
      </w:r>
    </w:p>
    <w:p/>
    <w:p>
      <w:r>
        <w:rPr>
          <w:b w:val="0"/>
          <w:sz w:val="20"/>
        </w:rPr>
        <w:t>Non avendo ricevuto alcuna comunicazione di pagamento né riscontro alle precedenti richieste, con la presente si sollecita cortesemente il versamento dell'importo dovuto, al fine di evitare l'applicazione di sanzioni e interessi di mora.</w:t>
      </w:r>
    </w:p>
    <w:p/>
    <w:p>
      <w:r>
        <w:rPr>
          <w:b w:val="0"/>
          <w:sz w:val="20"/>
        </w:rPr>
        <w:t>Si invita pertanto codesta spettabile Istituzione a voler procedere con sollecitudine al pagamento dell'importo, così da regolarizzare la posizione contributiva.</w:t>
      </w:r>
    </w:p>
    <w:p/>
    <w:p>
      <w:r>
        <w:rPr>
          <w:b w:val="0"/>
          <w:sz w:val="20"/>
        </w:rPr>
        <w:t>In caso di avvenuto pagamento, si prega di considerare nulla la presente e di voler inviare conferma scritta dell'avvenuta regolarizzazione.</w:t>
      </w:r>
    </w:p>
    <w:p/>
    <w:p>
      <w:r>
        <w:rPr>
          <w:b w:val="0"/>
          <w:sz w:val="20"/>
        </w:rPr>
        <w:t>Restiamo a disposizione per ogni eventuale chiarimento e porgiamo cordiali saluti.</w:t>
      </w:r>
    </w:p>
    <w:p/>
    <w:p/>
    <w:p>
      <w:r>
        <w:rPr>
          <w:b w:val="0"/>
          <w:sz w:val="20"/>
        </w:rPr>
        <w:t>Cordiali saluti,</w:t>
      </w:r>
    </w:p>
    <w:p/>
    <w:p/>
    <w:p/>
    <w:p>
      <w:r>
        <w:rPr>
          <w:b w:val="0"/>
          <w:sz w:val="20"/>
        </w:rPr>
        <w:t>Firma 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 / Rag. Sociale:</w:t>
              <w:br/>
              <w:t>Codice Fiscale / P.IVA:</w:t>
              <w:br/>
              <w:t>Indirizzo:</w:t>
              <w:br/>
              <w:t>Telefono / Email: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INPS - Sede Competente:</w:t>
              <w:br/>
              <w:t>Indirizzo:</w:t>
              <w:br/>
              <w:t>Telefono:</w:t>
              <w:br/>
              <w:t>Email: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 (per ricevuta) 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https://documenti-esperti.com/sollecito-inps-fac-simile/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sollecito-inps-fac-simil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