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TESTAMENTO OLOGRAFO</w:t>
      </w:r>
    </w:p>
    <w:p/>
    <w:p/>
    <w:p>
      <w:r>
        <w:rPr>
          <w:b w:val="0"/>
          <w:sz w:val="20"/>
        </w:rPr>
        <w:t>Io sottoscritto/a, in pieno possesso delle mie facoltà mentali e in totale libertà di volontà,</w:t>
      </w:r>
    </w:p>
    <w:p>
      <w:r>
        <w:rPr>
          <w:b w:val="0"/>
          <w:sz w:val="20"/>
        </w:rPr>
        <w:t>redigo il presente testamento olografo ai sensi dell'art. 602 e seguenti del Codice Civile italiano,</w:t>
      </w:r>
    </w:p>
    <w:p>
      <w:r>
        <w:rPr>
          <w:b w:val="0"/>
          <w:sz w:val="20"/>
        </w:rPr>
        <w:t>con la presente disposizione delle mie ultime volontà, che revoca ogni testamento precedente.</w:t>
      </w:r>
    </w:p>
    <w:p/>
    <w:p/>
    <w:p>
      <w:r>
        <w:rPr>
          <w:b/>
          <w:sz w:val="20"/>
        </w:rPr>
        <w:t>DICHIARAZIONE DI CAPACITA' E VOLONTA'</w:t>
      </w:r>
    </w:p>
    <w:p>
      <w:r>
        <w:rPr>
          <w:b w:val="0"/>
          <w:sz w:val="20"/>
        </w:rPr>
        <w:t>Sono consapevole e dichiaro che quanto segue rappresenta la mia volontà in ordine alla disposizione dei miei beni dopo la mia morte.</w:t>
      </w:r>
    </w:p>
    <w:p/>
    <w:p/>
    <w:p>
      <w:r>
        <w:rPr>
          <w:b/>
          <w:sz w:val="20"/>
        </w:rPr>
        <w:t>DISPOSIZIONI PATRIMONIALI</w:t>
      </w:r>
    </w:p>
    <w:p>
      <w:r>
        <w:rPr>
          <w:b w:val="0"/>
          <w:sz w:val="20"/>
        </w:rPr>
        <w:t>Lascio tutti i miei beni mobili, immobili, titoli, conti correnti e ogni altro mio diritto,</w:t>
      </w:r>
    </w:p>
    <w:p>
      <w:r>
        <w:rPr>
          <w:b w:val="0"/>
          <w:sz w:val="20"/>
        </w:rPr>
        <w:t>come di seguito dettagliato, alle persone da me nominate o rappresentate in questo testamento.</w:t>
      </w:r>
    </w:p>
    <w:p/>
    <w:p>
      <w:r>
        <w:rPr>
          <w:b w:val="0"/>
          <w:sz w:val="20"/>
        </w:rPr>
        <w:t>1) Lascio in eredità al/alla Sig./Sig.ra ________________________________________ la/e seguente/i proprietà:</w:t>
      </w:r>
    </w:p>
    <w:p>
      <w:r>
        <w:rPr>
          <w:b w:val="0"/>
          <w:sz w:val="20"/>
        </w:rPr>
        <w:t xml:space="preserve">   ________________________________________________________________________</w:t>
      </w:r>
    </w:p>
    <w:p>
      <w:r>
        <w:rPr>
          <w:b w:val="0"/>
          <w:sz w:val="20"/>
        </w:rPr>
        <w:t>2) Lascio in eredità al/alla Sig./Sig.ra ________________________________________ la somma di Euro ________________</w:t>
      </w:r>
    </w:p>
    <w:p>
      <w:r>
        <w:rPr>
          <w:b w:val="0"/>
          <w:sz w:val="20"/>
        </w:rPr>
        <w:t>3) Dispongo che il mio patrimonio residuo sia diviso in parti uguali tra:</w:t>
      </w:r>
    </w:p>
    <w:p>
      <w:r>
        <w:rPr>
          <w:b w:val="0"/>
          <w:sz w:val="20"/>
        </w:rPr>
        <w:t xml:space="preserve">   ________________________________________________________________________</w:t>
      </w:r>
    </w:p>
    <w:p/>
    <w:p/>
    <w:p>
      <w:r>
        <w:rPr>
          <w:b/>
          <w:sz w:val="20"/>
        </w:rPr>
        <w:t>NOMINA ESECUTORE TESTAMENTARIO</w:t>
      </w:r>
    </w:p>
    <w:p>
      <w:r>
        <w:rPr>
          <w:b w:val="0"/>
          <w:sz w:val="20"/>
        </w:rPr>
        <w:t>Nomino quale esecutore testamentario il/la Sig./Sig.ra _________________________________________,</w:t>
      </w:r>
    </w:p>
    <w:p>
      <w:r>
        <w:rPr>
          <w:b w:val="0"/>
          <w:sz w:val="20"/>
        </w:rPr>
        <w:t>affinché curi l'esecuzione delle mie volontà qui espresse.</w:t>
      </w:r>
    </w:p>
    <w:p/>
    <w:p/>
    <w:p>
      <w:r>
        <w:rPr>
          <w:b/>
          <w:sz w:val="20"/>
        </w:rPr>
        <w:t>DISPOSIZIONI PARTICOLARI</w:t>
      </w:r>
    </w:p>
    <w:p>
      <w:r>
        <w:rPr>
          <w:b w:val="0"/>
          <w:sz w:val="20"/>
        </w:rPr>
        <w:t>Qualsiasi altra disposizione che desidero venga rispettata, come ad esempio: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/>
    <w:p>
      <w:r>
        <w:rPr>
          <w:b w:val="0"/>
          <w:sz w:val="20"/>
        </w:rPr>
        <w:t>DICHIARO CHE QUESTO TESTAMENTO E' SCRITTO INTERAMENTE DI MIO PUGNO, SOTTOSCRITTO E DATATO DA ME,</w:t>
      </w:r>
    </w:p>
    <w:p>
      <w:r>
        <w:rPr>
          <w:b w:val="0"/>
          <w:sz w:val="20"/>
        </w:rPr>
        <w:t>SI TRATTA DI UN TESTAMENTO OLOGRAFO SECONDO LA LEGGE ITALIANA, E CHE RISPONDE A TUTTE LE CONDIZIONI DI VALIDITA'.</w:t>
      </w:r>
    </w:p>
    <w:p/>
    <w:p/>
    <w:p>
      <w:r>
        <w:rPr>
          <w:b w:val="0"/>
          <w:sz w:val="20"/>
        </w:rPr>
        <w:t>Luogo : _________________________________________________________________</w:t>
      </w:r>
    </w:p>
    <w:p>
      <w:r>
        <w:rPr>
          <w:b w:val="0"/>
          <w:sz w:val="20"/>
        </w:rPr>
        <w:t>Firma : 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2"/>
              </w:rPr>
              <w:t>Firma del Testatore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2"/>
              </w:rPr>
              <w:br/>
              <w:br/>
              <w:t>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https://documenti-esperti.com/testamento-olografo-fac-simile/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testamento-olografo-fac-simile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