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TIMBRO MEDICO PROFESSIONALE</w:t>
      </w:r>
    </w:p>
    <w:p/>
    <w:p/>
    <w:p>
      <w:r>
        <w:rPr>
          <w:b/>
          <w:sz w:val="22"/>
        </w:rPr>
        <w:t>DATI DEL MEDICO</w:t>
      </w:r>
    </w:p>
    <w:p>
      <w:r>
        <w:rPr>
          <w:b w:val="0"/>
          <w:sz w:val="22"/>
        </w:rPr>
        <w:t>Nome e Cognome : _________________________________________________</w:t>
      </w:r>
    </w:p>
    <w:p>
      <w:r>
        <w:rPr>
          <w:b w:val="0"/>
          <w:sz w:val="22"/>
        </w:rPr>
        <w:t>Titolo Professionale : _____________________________________________</w:t>
      </w:r>
    </w:p>
    <w:p>
      <w:r>
        <w:rPr>
          <w:b w:val="0"/>
          <w:sz w:val="22"/>
        </w:rPr>
        <w:t>Numero di Iscrizione all’Ordine dei Medici : _______________________</w:t>
      </w:r>
    </w:p>
    <w:p>
      <w:r>
        <w:rPr>
          <w:b w:val="0"/>
          <w:sz w:val="22"/>
        </w:rPr>
        <w:t>Codice Fiscale : _________________________________________________</w:t>
      </w:r>
    </w:p>
    <w:p>
      <w:r>
        <w:rPr>
          <w:b w:val="0"/>
          <w:sz w:val="22"/>
        </w:rPr>
        <w:t>Partita IVA : ____________________________________________________</w:t>
      </w:r>
    </w:p>
    <w:p>
      <w:r>
        <w:rPr>
          <w:b w:val="0"/>
          <w:sz w:val="22"/>
        </w:rPr>
        <w:t>Indirizzo Studio Professionale : __________________________________</w:t>
      </w:r>
    </w:p>
    <w:p>
      <w:r>
        <w:rPr>
          <w:b w:val="0"/>
          <w:sz w:val="22"/>
        </w:rPr>
        <w:t>Telefono : _______________________________________________________</w:t>
      </w:r>
    </w:p>
    <w:p>
      <w:r>
        <w:rPr>
          <w:b w:val="0"/>
          <w:sz w:val="22"/>
        </w:rPr>
        <w:t>Email : _________________________________________________________</w:t>
      </w:r>
    </w:p>
    <w:p/>
    <w:p/>
    <w:p>
      <w:r>
        <w:rPr>
          <w:b/>
          <w:sz w:val="22"/>
        </w:rPr>
        <w:t>DICHIARAZIONE DI RESPONSABILITÀ</w:t>
      </w:r>
    </w:p>
    <w:p>
      <w:r>
        <w:rPr>
          <w:b w:val="0"/>
          <w:sz w:val="22"/>
        </w:rPr>
        <w:t>Il sottoscritto medico dichiara sotto la propria responsabilità che il presente timbro è conforme alle normative vigenti in materia di esercizio della professione medica in Italia. Si impegna a utilizzare il timbro esclusivamente per finalità professionali e in conformità alle disposizioni deontologiche e legislative applicabili.</w:t>
      </w:r>
    </w:p>
    <w:p/>
    <w:p/>
    <w:p>
      <w:r>
        <w:rPr>
          <w:b/>
          <w:sz w:val="22"/>
        </w:rPr>
        <w:t>RIFERIMENTI NORMATIVI</w:t>
      </w:r>
    </w:p>
    <w:p>
      <w:r>
        <w:rPr>
          <w:b w:val="0"/>
          <w:sz w:val="22"/>
        </w:rPr>
        <w:t>Il presente timbro medico è conforme alle disposizioni contenute nel Codice Deontologico dell’Ordine dei Medici Chirurghi e degli Odontoiatri, nonché alle normative nazionali vigenti in materia di esercizio della professione sanitaria, inclusi i requisiti di identificazione e tracciabilità previsti dalla legge 24/2017 (Legge Gelli-Bianco).</w:t>
      </w:r>
    </w:p>
    <w:p/>
    <w:p/>
    <w:p>
      <w:r>
        <w:rPr>
          <w:b/>
          <w:sz w:val="22"/>
        </w:rPr>
        <w:t>USO DEL TIMBRO E AVVERTENZE</w:t>
      </w:r>
    </w:p>
    <w:p>
      <w:r>
        <w:rPr>
          <w:b w:val="0"/>
          <w:sz w:val="22"/>
        </w:rPr>
        <w:t>Il timbro deve essere apposto su tutta la documentazione clinica prodotta dal medico, inclusi referti, prescrizioni, certificati medici e altri atti ufficiali. L’uso improprio o la falsificazione del timbro medico costituiscono illecito disciplinare e penale, con conseguenze sanzionatorie ai sensi della normativa vigente.</w:t>
      </w:r>
    </w:p>
    <w:p/>
    <w:p/>
    <w:p>
      <w:r>
        <w:rPr>
          <w:b/>
          <w:sz w:val="22"/>
        </w:rPr>
        <w:t>TUTELA DELLA PRIVACY</w:t>
      </w:r>
    </w:p>
    <w:p>
      <w:r>
        <w:rPr>
          <w:b w:val="0"/>
          <w:sz w:val="22"/>
        </w:rPr>
        <w:t>Il medico si impegna a rispettare quanto previsto dal Regolamento UE 2016/679 (GDPR) e dal D.Lgs. 196/2003 (Codice della Privacy) in materia di trattamento dei dati personali relativi ai pazienti, garantendo la riservatezza e la sicurezza delle informazioni.</w:t>
      </w:r>
    </w:p>
    <w:p/>
    <w:p/>
    <w:p>
      <w:r>
        <w:rPr>
          <w:b/>
          <w:sz w:val="22"/>
        </w:rPr>
        <w:t>FIRMA E TIMBRO</w:t>
      </w:r>
    </w:p>
    <w:p>
      <w:r>
        <w:rPr>
          <w:b w:val="0"/>
          <w:sz w:val="22"/>
        </w:rPr>
        <w:t>Firma del Medico : ________________________________________________</w:t>
      </w:r>
    </w:p>
    <w:p>
      <w:r>
        <w:rPr>
          <w:b w:val="0"/>
          <w:sz w:val="22"/>
        </w:rPr>
        <w:t>Data : ____________________________________________________________</w:t>
      </w:r>
    </w:p>
    <w:p>
      <w:r>
        <w:rPr>
          <w:b w:val="0"/>
          <w:sz w:val="22"/>
        </w:rPr>
        <w:t>Apposizione Timbro 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Medico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https://documenti-esperti.com/timbro-medico-esempio/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timbro-medico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