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TRATTAZIONE ORALE IN APPELLO PENALE</w:t>
      </w:r>
    </w:p>
    <w:p/>
    <w:p/>
    <w:p>
      <w:r>
        <w:rPr>
          <w:b/>
          <w:sz w:val="20"/>
        </w:rPr>
        <w:t>Tribunale di ________________________________</w:t>
      </w:r>
    </w:p>
    <w:p>
      <w:r>
        <w:rPr>
          <w:b w:val="0"/>
          <w:sz w:val="20"/>
        </w:rPr>
        <w:t>Sezione _________________________</w:t>
      </w:r>
    </w:p>
    <w:p>
      <w:r>
        <w:rPr>
          <w:b w:val="0"/>
          <w:sz w:val="20"/>
        </w:rPr>
        <w:t>Procedimento Penale n. _____________</w:t>
      </w:r>
    </w:p>
    <w:p>
      <w:r>
        <w:rPr>
          <w:b w:val="0"/>
          <w:sz w:val="20"/>
        </w:rPr>
        <w:t>Appellante: ______________________________________</w:t>
      </w:r>
    </w:p>
    <w:p>
      <w:r>
        <w:rPr>
          <w:b w:val="0"/>
          <w:sz w:val="20"/>
        </w:rPr>
        <w:t>Difensore: _______________________________________</w:t>
      </w:r>
    </w:p>
    <w:p/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Il sottoscritto Avvocato, difensore di fiducia dell’Appellante, espone e deduce quanto segue nella presente trattazione orale, in conformità alle norme vigenti e nel rispetto del principio del contraddittorio.</w:t>
      </w:r>
    </w:p>
    <w:p/>
    <w:p/>
    <w:p>
      <w:r>
        <w:rPr>
          <w:b/>
          <w:sz w:val="20"/>
        </w:rPr>
        <w:t>OGGETTO DELLA TRATTAZIONE ORALE</w:t>
      </w:r>
    </w:p>
    <w:p>
      <w:r>
        <w:rPr>
          <w:b w:val="0"/>
          <w:sz w:val="20"/>
        </w:rPr>
        <w:t>Con il presente atto si intende illustrare i motivi di gravame avverso la sentenza di primo grado, emessa dal Tribunale di ____________________, in data _______________, con cui è stata pronunciata condanna nei confronti dell’Appellante.</w:t>
      </w:r>
    </w:p>
    <w:p/>
    <w:p/>
    <w:p>
      <w:r>
        <w:rPr>
          <w:b/>
          <w:sz w:val="20"/>
        </w:rPr>
        <w:t>1. Violazioni di legge e vizio di motivazione</w:t>
      </w:r>
    </w:p>
    <w:p>
      <w:r>
        <w:rPr>
          <w:b w:val="0"/>
          <w:sz w:val="20"/>
        </w:rPr>
        <w:t>Si contesta la sentenza in quanto il giudice di primo grado ha errato nell'applicazione delle norme di legge, in particolare in riferimento agli articoli ____________ del Codice Penale e del Codice di Procedura Penale. La motivazione appare contraddittoria e priva di adeguato supporto probatorio.</w:t>
      </w:r>
    </w:p>
    <w:p/>
    <w:p>
      <w:r>
        <w:rPr>
          <w:b/>
          <w:sz w:val="20"/>
        </w:rPr>
        <w:t>2. Insufficienza e manifesta illogicità della motivazione</w:t>
      </w:r>
    </w:p>
    <w:p>
      <w:r>
        <w:rPr>
          <w:b w:val="0"/>
          <w:sz w:val="20"/>
        </w:rPr>
        <w:t>La motivazione della sentenza risulta manifestamente illogica e contraddittoria, in quanto non considera adeguatamente le circostanze di fatto emerse nel corso del dibattimento, né valuta correttamente le deposizioni testimoniali e le prove documentali.</w:t>
      </w:r>
    </w:p>
    <w:p/>
    <w:p>
      <w:r>
        <w:rPr>
          <w:b/>
          <w:sz w:val="20"/>
        </w:rPr>
        <w:t>3. Violazione del diritto di difesa e del contraddittorio</w:t>
      </w:r>
    </w:p>
    <w:p>
      <w:r>
        <w:rPr>
          <w:b w:val="0"/>
          <w:sz w:val="20"/>
        </w:rPr>
        <w:t>Si rilevano violazioni del diritto di difesa, in particolare per la mancata ammissione di prove richieste e per la violazione del principio del contraddittorio, tali da compromettere la regolarità del procedimento e la correttezza della decisione.</w:t>
      </w:r>
    </w:p>
    <w:p/>
    <w:p>
      <w:r>
        <w:rPr>
          <w:b/>
          <w:sz w:val="20"/>
        </w:rPr>
        <w:t>4. Censure in relazione alla quantificazione della pena</w:t>
      </w:r>
    </w:p>
    <w:p>
      <w:r>
        <w:rPr>
          <w:b w:val="0"/>
          <w:sz w:val="20"/>
        </w:rPr>
        <w:t>Si contesta altresì la determinazione della pena inflitta, ritenuta eccessiva e non proporzionata alle circostanze del caso concreto, con particolare riferimento all’articolo __________ del Codice Penale.</w:t>
      </w:r>
    </w:p>
    <w:p/>
    <w:p/>
    <w:p>
      <w:r>
        <w:rPr>
          <w:b/>
          <w:sz w:val="20"/>
        </w:rPr>
        <w:t>CONCLUSIONI</w:t>
      </w:r>
    </w:p>
    <w:p>
      <w:r>
        <w:rPr>
          <w:b w:val="0"/>
          <w:sz w:val="20"/>
        </w:rPr>
        <w:t>Alla luce di quanto esposto, il sottoscritto difensore chiede che la Corte d’Appello voglia accogliere il gravame, annullando o modificando la sentenza impugnata, con ogni conseguente provvedimento di legge.</w:t>
      </w:r>
    </w:p>
    <w:p/>
    <w:p/>
    <w:p>
      <w:r>
        <w:rPr>
          <w:b w:val="0"/>
          <w:sz w:val="20"/>
        </w:rPr>
        <w:t>Luogo : _____________________________________________</w:t>
      </w:r>
    </w:p>
    <w:p>
      <w:r>
        <w:rPr>
          <w:b w:val="0"/>
          <w:sz w:val="20"/>
        </w:rPr>
        <w:t>Firma del Difensore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Avvocato Difensore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Appellante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https://documenti-esperti.com/trattazione-orale-appello-penale-fac-simile/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trattazione-orale-appello-penale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